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Free Breakfast Club – Starting Monday 13th April</w:t>
      </w:r>
    </w:p>
    <w:p>
      <w:r>
        <w:t>Dear Parents and Carers,</w:t>
        <w:br/>
        <w:br/>
        <w:t>We are delighted to share some fantastic news with you. Rimrose Hope CE Primary School has been accepted onto the next tranche of the Free Breakfast Clubs programme, allowing us to offer a free, welcoming breakfast provision for our children from Monday 13th April.</w:t>
        <w:br/>
        <w:br/>
        <w:t>This is a really positive step for our school community and supports our commitment to giving every child a healthy, happy start to the school day.</w:t>
      </w:r>
    </w:p>
    <w:p>
      <w:r>
        <w:rPr>
          <w:b/>
        </w:rPr>
        <w:t>Breakfast Club Opening Times</w:t>
      </w:r>
    </w:p>
    <w:p>
      <w:r>
        <w:t>To ensure the club meets the needs of families, we will be offering two free entry times:</w:t>
        <w:br/>
        <w:br/>
        <w:t>• 7:45am – for children currently registered for breakfast club and for children of working parents</w:t>
        <w:br/>
        <w:t>• 8:15am – for any children in Reception to Year 6</w:t>
        <w:br/>
        <w:br/>
        <w:t>Both sessions are completely free of charge.</w:t>
      </w:r>
    </w:p>
    <w:p>
      <w:r>
        <w:rPr>
          <w:b/>
        </w:rPr>
        <w:t>Our Aim</w:t>
      </w:r>
    </w:p>
    <w:p>
      <w:r>
        <w:t>Our breakfast club will provide a healthy and nutritious breakfast, a calm and welcoming start to the day, and time for children to settle, socialise, and feel ready to learn.</w:t>
        <w:br/>
        <w:br/>
        <w:t>We are really excited about what this opportunity will bring for our children and families.</w:t>
      </w:r>
    </w:p>
    <w:p>
      <w:r>
        <w:br/>
        <w:t>--------------------------------------------------</w:t>
        <w:br/>
      </w:r>
    </w:p>
    <w:p>
      <w:r>
        <w:rPr>
          <w:b/>
        </w:rPr>
        <w:t>Expression of Interest – Free Breakfast Club</w:t>
      </w:r>
    </w:p>
    <w:p>
      <w:r>
        <w:t>Starting Monday 13th April</w:t>
      </w:r>
    </w:p>
    <w:p>
      <w:r>
        <w:rPr>
          <w:b/>
        </w:rPr>
        <w:t>Please return this form by: Thursday 13th February</w:t>
      </w:r>
    </w:p>
    <w:p>
      <w:r>
        <w:br/>
        <w:t>Child/ren’s name(s):</w:t>
        <w:br/>
        <w:t>______________________________________________</w:t>
        <w:br/>
      </w:r>
    </w:p>
    <w:p>
      <w:r>
        <w:t>Class(es):</w:t>
        <w:br/>
        <w:t>______________________________________________</w:t>
        <w:br/>
      </w:r>
    </w:p>
    <w:p>
      <w:r>
        <w:t>Preferred start time (please tick one):</w:t>
      </w:r>
    </w:p>
    <w:p>
      <w:r>
        <w:t>☐ 7:45am (children of working parents / currently registered)</w:t>
      </w:r>
    </w:p>
    <w:p>
      <w:r>
        <w:t>☐ 8:15am (Reception to Year 6)</w:t>
        <w:br/>
      </w:r>
    </w:p>
    <w:p>
      <w:r>
        <w:t>Likely days of attendance (please tick all that apply):</w:t>
      </w:r>
    </w:p>
    <w:p>
      <w:r>
        <w:t>☐ Monday   ☐ Tuesday   ☐ Wednesday   ☐ Thursday   ☐ Friday</w:t>
        <w:br/>
      </w:r>
    </w:p>
    <w:p>
      <w:r>
        <w:t>This expression of interest does not commit you to daily attendance. It is to help the school plan staffing, food provision and space.</w:t>
        <w:br/>
      </w:r>
    </w:p>
    <w:p>
      <w:r>
        <w:t>Parent/Carer name: _____________________________</w:t>
      </w:r>
    </w:p>
    <w:p>
      <w:r>
        <w:t>Signature: _____________________    Date: ___________</w:t>
      </w:r>
    </w:p>
    <w:p>
      <w:r>
        <w:br/>
        <w:t>With warm regards,</w:t>
        <w:br/>
        <w:br/>
        <w:t>Lawrence Crilly</w:t>
        <w:br/>
        <w:t>Headteacher</w:t>
        <w:br/>
        <w:t>Rimrose Hope CE Primary School</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